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5953"/>
      </w:tblGrid>
      <w:tr>
        <w:tc>
          <w:tcPr>
            <w:tcW w:type="dxa" w:w="5156"/>
            <w:tcBorders>
              <w:bottom w:val="single" w:sz="12" w:color="C99C3B"/>
            </w:tcBorders>
          </w:tcPr>
          <w:p>
            <w:pPr>
              <w:jc w:val="left"/>
            </w:pPr>
            <w:r>
              <w:drawing>
                <wp:inline xmlns:a="http://schemas.openxmlformats.org/drawingml/2006/main" xmlns:pic="http://schemas.openxmlformats.org/drawingml/2006/picture">
                  <wp:extent cx="1512000" cy="604648"/>
                  <wp:docPr id="1" name="Picture 1"/>
                  <wp:cNvGraphicFramePr>
                    <a:graphicFrameLocks noChangeAspect="1"/>
                  </wp:cNvGraphicFramePr>
                  <a:graphic>
                    <a:graphicData uri="http://schemas.openxmlformats.org/drawingml/2006/picture">
                      <pic:pic>
                        <pic:nvPicPr>
                          <pic:cNvPr id="0" name="nishta_b.v._gradient_wave_logo.png"/>
                          <pic:cNvPicPr/>
                        </pic:nvPicPr>
                        <pic:blipFill>
                          <a:blip r:embed="rId9"/>
                          <a:stretch>
                            <a:fillRect/>
                          </a:stretch>
                        </pic:blipFill>
                        <pic:spPr>
                          <a:xfrm>
                            <a:off x="0" y="0"/>
                            <a:ext cx="1512000" cy="604648"/>
                          </a:xfrm>
                          <a:prstGeom prst="rect"/>
                        </pic:spPr>
                      </pic:pic>
                    </a:graphicData>
                  </a:graphic>
                </wp:inline>
              </w:drawing>
            </w:r>
          </w:p>
        </w:tc>
        <w:tc>
          <w:tcPr>
            <w:tcW w:type="dxa" w:w="5156"/>
            <w:tcBorders>
              <w:bottom w:val="single" w:sz="12" w:color="C99C3B"/>
            </w:tcBorders>
          </w:tcPr>
          <w:p>
            <w:pPr>
              <w:jc w:val="right"/>
            </w:pPr>
            <w:r>
              <w:rPr>
                <w:b/>
                <w:color w:val="122034"/>
                <w:sz w:val="36"/>
              </w:rPr>
              <w:t>KLACHTENFORMULIER</w:t>
            </w:r>
          </w:p>
          <w:p>
            <w:pPr>
              <w:jc w:val="right"/>
            </w:pPr>
            <w:r>
              <w:rPr>
                <w:color w:val="5C6673"/>
                <w:sz w:val="17"/>
              </w:rPr>
              <w:t>Voor cliënten, vertegenwoordigers en andere betrokkenen</w:t>
            </w:r>
          </w:p>
        </w:tc>
      </w:tr>
    </w:tbl>
    <w:p/>
    <w:p>
      <w:pPr>
        <w:spacing w:after="100"/>
      </w:pPr>
      <w:r>
        <w:rPr>
          <w:sz w:val="19"/>
        </w:rPr>
        <w:t>NISHTA B.V. vindt het belangrijk dat u zich gehoord en serieus genomen voelt. Met dit formulier kunt u een klacht, onvrede of zorg over onze begeleiding, communicatie of werkwijze duidelijk beschrijven. Wij gebruiken de informatie uitsluitend om uw klacht zorgvuldig te behandelen en onze dienstverlening waar nodig te verbeteren.</w:t>
      </w:r>
    </w:p>
    <w:p>
      <w:pPr>
        <w:spacing w:after="80"/>
      </w:pPr>
      <w:r>
        <w:rPr>
          <w:b/>
          <w:sz w:val="18"/>
        </w:rPr>
        <w:t>Vul alleen gegevens in die nodig zijn voor de behandeling van uw klacht.</w:t>
      </w:r>
    </w:p>
    <w:p>
      <w:pPr>
        <w:spacing w:before="60" w:after="140"/>
        <w:ind w:left="140" w:right="140"/>
        <w:shd w:fill="FFF5D6"/>
        <w:pBdr>
          <w:top w:val="single" w:sz="6" w:space="4" w:color="D8B75B"/>
          <w:left w:val="single" w:sz="6" w:space="4" w:color="D8B75B"/>
          <w:bottom w:val="single" w:sz="6" w:space="4" w:color="D8B75B"/>
          <w:right w:val="single" w:sz="6" w:space="4" w:color="D8B75B"/>
        </w:pBdr>
      </w:pPr>
      <w:r>
        <w:rPr>
          <w:b/>
          <w:color w:val="7A5A00"/>
          <w:sz w:val="18"/>
        </w:rPr>
        <w:t>LET OP: Vermeld geen BSN, kopie identiteitsbewijs of andere gegevens die niet noodzakelijk zijn voor de behandeling van uw klacht.</w:t>
      </w:r>
    </w:p>
    <w:p>
      <w:pPr>
        <w:spacing w:before="160" w:after="80"/>
        <w:pBdr>
          <w:bottom w:val="single" w:sz="12" w:space="3" w:color="C99C3B"/>
        </w:pBdr>
      </w:pPr>
      <w:r>
        <w:rPr>
          <w:b/>
          <w:color w:val="122034"/>
          <w:sz w:val="23"/>
        </w:rPr>
        <w:t>1. Gegevens van degene die de klacht indient</w:t>
      </w:r>
    </w:p>
    <w:tbl>
      <w:tblPr>
        <w:tblW w:type="auto" w:w="0"/>
        <w:jc w:val="center"/>
        <w:tblLayout w:type="fixed"/>
        <w:tblLook w:firstColumn="1" w:firstRow="1" w:lastColumn="0" w:lastRow="0" w:noHBand="0" w:noVBand="1" w:val="04A0"/>
      </w:tblPr>
      <w:tblGrid>
        <w:gridCol w:w="3118"/>
        <w:gridCol w:w="680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Naam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Adres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Postcode en woonplaats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Telefoonnummer</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E-mailadres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Relatie tot de cliënt</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 ] Cliënt     [ ] Wettelijk vertegenwoordiger     [ ] Anders, namelijk: ........................</w:t>
            </w:r>
          </w:p>
        </w:tc>
      </w:tr>
    </w:tbl>
    <w:p>
      <w:pPr>
        <w:spacing w:before="160" w:after="80"/>
        <w:pBdr>
          <w:bottom w:val="single" w:sz="12" w:space="3" w:color="C99C3B"/>
        </w:pBdr>
      </w:pPr>
      <w:r>
        <w:rPr>
          <w:b/>
          <w:color w:val="122034"/>
          <w:sz w:val="23"/>
        </w:rPr>
        <w:t>2. Gegevens van de cliënt (indien anders dan hierboven)</w:t>
      </w:r>
    </w:p>
    <w:tbl>
      <w:tblPr>
        <w:tblW w:type="auto" w:w="0"/>
        <w:jc w:val="center"/>
        <w:tblLayout w:type="fixed"/>
        <w:tblLook w:firstColumn="1" w:firstRow="1" w:lastColumn="0" w:lastRow="0" w:noHBand="0" w:noVBand="1" w:val="04A0"/>
      </w:tblPr>
      <w:tblGrid>
        <w:gridCol w:w="3118"/>
        <w:gridCol w:w="680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Naam cliënt</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Geboortedatum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bl>
    <w:p>
      <w:pPr>
        <w:spacing w:before="160" w:after="80"/>
        <w:pBdr>
          <w:bottom w:val="single" w:sz="12" w:space="3" w:color="C99C3B"/>
        </w:pBdr>
      </w:pPr>
      <w:r>
        <w:rPr>
          <w:b/>
          <w:color w:val="122034"/>
          <w:sz w:val="23"/>
        </w:rPr>
        <w:t>3. Waarover gaat uw klacht?</w:t>
      </w:r>
    </w:p>
    <w:tbl>
      <w:tblPr>
        <w:tblW w:type="auto" w:w="0"/>
        <w:jc w:val="center"/>
        <w:tblLayout w:type="fixed"/>
        <w:tblLook w:firstColumn="1" w:firstRow="1" w:lastColumn="0" w:lastRow="0" w:noHBand="0" w:noVBand="1" w:val="04A0"/>
      </w:tblPr>
      <w:tblGrid>
        <w:gridCol w:w="3118"/>
        <w:gridCol w:w="680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Datum/periode</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Locatie/situatie</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Betrokken medewerker(s)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Onderwerp</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 ] Begeleiding  [ ] Communicatie  [ ] Afspraken  [ ] Bejegening  [ ] Privacy  [ ] Anders</w:t>
            </w:r>
          </w:p>
        </w:tc>
      </w:tr>
    </w:tbl>
    <w:p>
      <w:pPr>
        <w:spacing w:before="100"/>
      </w:pPr>
      <w:r>
        <w:rPr>
          <w:b/>
          <w:sz w:val="19"/>
        </w:rPr>
        <w:t>Beschrijf zo concreet mogelijk wat er is gebeurd:</w:t>
      </w:r>
    </w:p>
    <w:tbl>
      <w:tblPr>
        <w:tblW w:type="auto" w:w="0"/>
        <w:jc w:val="center"/>
        <w:tblLayout w:type="fixed"/>
        <w:tblLook w:firstColumn="1" w:firstRow="1" w:lastColumn="0" w:lastRow="0" w:noHBand="0" w:noVBand="1" w:val="04A0"/>
      </w:tblPr>
      <w:tblGrid>
        <w:gridCol w:w="10312"/>
      </w:tblGrid>
      <w:tr>
        <w:trPr>
          <w:trHeight w:val="1984"/>
        </w:trPr>
        <w:tc>
          <w:tcPr>
            <w:tcW w:type="dxa" w:w="10312"/>
            <w:vAlign w:val="center"/>
            <w:tcBorders>
              <w:top w:val="single" w:sz="6" w:color="CCD3DA"/>
              <w:left w:val="single" w:sz="6" w:color="CCD3DA"/>
              <w:bottom w:val="single" w:sz="6" w:color="CCD3DA"/>
              <w:right w:val="single" w:sz="6" w:color="CCD3DA"/>
            </w:tcBorders>
          </w:tcPr>
          <w:p>
            <w:r>
              <w:br/>
              <w:br/>
              <w:br/>
              <w:br/>
              <w:br/>
            </w:r>
          </w:p>
        </w:tc>
      </w:tr>
    </w:tbl>
    <w:p>
      <w:pPr>
        <w:spacing w:before="160" w:after="80"/>
        <w:pBdr>
          <w:bottom w:val="single" w:sz="12" w:space="3" w:color="C99C3B"/>
        </w:pBdr>
      </w:pPr>
      <w:r>
        <w:rPr>
          <w:b/>
          <w:color w:val="122034"/>
          <w:sz w:val="23"/>
        </w:rPr>
        <w:t>4. Wat was voor u het gevolg?</w:t>
      </w:r>
    </w:p>
    <w:tbl>
      <w:tblPr>
        <w:tblW w:type="auto" w:w="0"/>
        <w:jc w:val="center"/>
        <w:tblLayout w:type="fixed"/>
        <w:tblLook w:firstColumn="1" w:firstRow="1" w:lastColumn="0" w:lastRow="0" w:noHBand="0" w:noVBand="1" w:val="04A0"/>
      </w:tblPr>
      <w:tblGrid>
        <w:gridCol w:w="10312"/>
      </w:tblGrid>
      <w:tr>
        <w:trPr>
          <w:trHeight w:val="1531"/>
        </w:trPr>
        <w:tc>
          <w:tcPr>
            <w:tcW w:type="dxa" w:w="10312"/>
            <w:vAlign w:val="center"/>
            <w:tcBorders>
              <w:top w:val="single" w:sz="6" w:color="CCD3DA"/>
              <w:left w:val="single" w:sz="6" w:color="CCD3DA"/>
              <w:bottom w:val="single" w:sz="6" w:color="CCD3DA"/>
              <w:right w:val="single" w:sz="6" w:color="CCD3DA"/>
            </w:tcBorders>
          </w:tcPr>
          <w:p>
            <w:r>
              <w:br/>
              <w:br/>
            </w:r>
          </w:p>
        </w:tc>
      </w:tr>
    </w:tbl>
    <w:p>
      <w:pPr>
        <w:spacing w:before="160" w:after="80"/>
        <w:pBdr>
          <w:bottom w:val="single" w:sz="12" w:space="3" w:color="C99C3B"/>
        </w:pBdr>
      </w:pPr>
      <w:r>
        <w:rPr>
          <w:b/>
          <w:color w:val="122034"/>
          <w:sz w:val="23"/>
        </w:rPr>
        <w:t>5. Is de klacht al besproken?</w:t>
      </w:r>
    </w:p>
    <w:tbl>
      <w:tblPr>
        <w:tblW w:type="auto" w:w="0"/>
        <w:jc w:val="center"/>
        <w:tblLayout w:type="fixed"/>
        <w:tblLook w:firstColumn="1" w:firstRow="1" w:lastColumn="0" w:lastRow="0" w:noHBand="0" w:noVBand="1" w:val="04A0"/>
      </w:tblPr>
      <w:tblGrid>
        <w:gridCol w:w="3118"/>
        <w:gridCol w:w="680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Eerder besproken?</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 ] Nee     [ ] Ja</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Met wie?</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Datum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9"/>
              </w:rPr>
              <w:t>Resultaat</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9"/>
              </w:rPr>
              <w:t>........................................................................................................</w:t>
            </w:r>
          </w:p>
        </w:tc>
      </w:tr>
    </w:tbl>
    <w:p>
      <w:pPr>
        <w:spacing w:before="160" w:after="80"/>
        <w:pBdr>
          <w:bottom w:val="single" w:sz="12" w:space="3" w:color="C99C3B"/>
        </w:pBdr>
      </w:pPr>
      <w:r>
        <w:rPr>
          <w:b/>
          <w:color w:val="122034"/>
          <w:sz w:val="23"/>
        </w:rPr>
        <w:t>6. Wat zou voor u een passende oplossing zijn?</w:t>
      </w:r>
    </w:p>
    <w:tbl>
      <w:tblPr>
        <w:tblW w:type="auto" w:w="0"/>
        <w:jc w:val="center"/>
        <w:tblLayout w:type="fixed"/>
        <w:tblLook w:firstColumn="1" w:firstRow="1" w:lastColumn="0" w:lastRow="0" w:noHBand="0" w:noVBand="1" w:val="04A0"/>
      </w:tblPr>
      <w:tblGrid>
        <w:gridCol w:w="10312"/>
      </w:tblGrid>
      <w:tr>
        <w:trPr>
          <w:trHeight w:val="1587"/>
        </w:trPr>
        <w:tc>
          <w:tcPr>
            <w:tcW w:type="dxa" w:w="10312"/>
            <w:vAlign w:val="center"/>
            <w:tcBorders>
              <w:top w:val="single" w:sz="6" w:color="CCD3DA"/>
              <w:left w:val="single" w:sz="6" w:color="CCD3DA"/>
              <w:bottom w:val="single" w:sz="6" w:color="CCD3DA"/>
              <w:right w:val="single" w:sz="6" w:color="CCD3DA"/>
            </w:tcBorders>
          </w:tcPr>
          <w:p>
            <w:r>
              <w:br/>
              <w:br/>
            </w:r>
          </w:p>
        </w:tc>
      </w:tr>
    </w:tbl>
    <w:p>
      <w:pPr>
        <w:spacing w:before="160" w:after="80"/>
        <w:pBdr>
          <w:bottom w:val="single" w:sz="12" w:space="3" w:color="C99C3B"/>
        </w:pBdr>
      </w:pPr>
      <w:r>
        <w:rPr>
          <w:b/>
          <w:color w:val="122034"/>
          <w:sz w:val="23"/>
        </w:rPr>
        <w:t>7. Bijlagen</w:t>
      </w:r>
    </w:p>
    <w:p>
      <w:pPr>
        <w:spacing w:after="60"/>
      </w:pPr>
      <w:r>
        <w:rPr>
          <w:sz w:val="18"/>
        </w:rPr>
        <w:t>[ ] Geen bijlagen     [ ] E-mails/berichten     [ ] Brieven/documenten     [ ] Anders: ........................................................</w:t>
      </w:r>
    </w:p>
    <w:p>
      <w:pPr>
        <w:spacing w:before="160" w:after="80"/>
        <w:pBdr>
          <w:bottom w:val="single" w:sz="12" w:space="3" w:color="C99C3B"/>
        </w:pBdr>
      </w:pPr>
      <w:r>
        <w:rPr>
          <w:b/>
          <w:color w:val="122034"/>
          <w:sz w:val="23"/>
        </w:rPr>
        <w:t>8. Contact over uw klacht</w:t>
      </w:r>
    </w:p>
    <w:p>
      <w:pPr>
        <w:spacing w:after="60"/>
      </w:pPr>
      <w:r>
        <w:rPr>
          <w:sz w:val="18"/>
        </w:rPr>
        <w:t>Ik ben bereikbaar voor aanvullende vragen via:   [ ] Telefoon   [ ] E-mail   [ ] Schriftelijk</w:t>
      </w:r>
    </w:p>
    <w:p>
      <w:pPr>
        <w:spacing w:after="60"/>
      </w:pPr>
      <w:r>
        <w:rPr>
          <w:sz w:val="18"/>
        </w:rPr>
        <w:t>Ik geef toestemming om de voor de klachtbehandeling noodzakelijke informatie intern te delen met medewerkers die rechtstreeks bij de behandeling betrokken zijn:   [ ] Ja   [ ] Nee</w:t>
      </w:r>
    </w:p>
    <w:p>
      <w:pPr>
        <w:spacing w:before="160" w:after="80"/>
        <w:pBdr>
          <w:bottom w:val="single" w:sz="12" w:space="3" w:color="C99C3B"/>
        </w:pBdr>
      </w:pPr>
      <w:r>
        <w:rPr>
          <w:b/>
          <w:color w:val="122034"/>
          <w:sz w:val="23"/>
        </w:rPr>
        <w:t>9. Ondertekening</w:t>
      </w:r>
    </w:p>
    <w:tbl>
      <w:tblPr>
        <w:tblW w:type="auto" w:w="0"/>
        <w:jc w:val="center"/>
        <w:tblLayout w:type="fixed"/>
        <w:tblLook w:firstColumn="1" w:firstRow="1" w:lastColumn="0" w:lastRow="0" w:noHBand="0" w:noVBand="1" w:val="04A0"/>
      </w:tblPr>
      <w:tblGrid>
        <w:gridCol w:w="5156"/>
        <w:gridCol w:w="5156"/>
      </w:tblGrid>
      <w:tr>
        <w:tc>
          <w:tcPr>
            <w:tcW w:type="dxa" w:w="5156"/>
            <w:vAlign w:val="center"/>
            <w:tcBorders>
              <w:top w:val="single" w:sz="6" w:color="CCD3DA"/>
              <w:left w:val="single" w:sz="6" w:color="CCD3DA"/>
              <w:bottom w:val="single" w:sz="6" w:color="CCD3DA"/>
              <w:right w:val="single" w:sz="6" w:color="CCD3DA"/>
            </w:tcBorders>
            <w:shd w:fill="F3F5F7"/>
          </w:tcPr>
          <w:p>
            <w:r>
              <w:rPr>
                <w:b/>
                <w:sz w:val="19"/>
              </w:rPr>
              <w:t>Plaats en datum</w:t>
            </w:r>
          </w:p>
        </w:tc>
        <w:tc>
          <w:tcPr>
            <w:tcW w:type="dxa" w:w="5156"/>
            <w:vAlign w:val="center"/>
            <w:tcBorders>
              <w:top w:val="single" w:sz="6" w:color="CCD3DA"/>
              <w:left w:val="single" w:sz="6" w:color="CCD3DA"/>
              <w:bottom w:val="single" w:sz="6" w:color="CCD3DA"/>
              <w:right w:val="single" w:sz="6" w:color="CCD3DA"/>
            </w:tcBorders>
          </w:tcPr>
          <w:p>
            <w:r>
              <w:rPr>
                <w:sz w:val="19"/>
              </w:rPr>
              <w:t>........................................................................</w:t>
            </w:r>
          </w:p>
        </w:tc>
      </w:tr>
      <w:tr>
        <w:trPr>
          <w:trHeight w:val="1134"/>
        </w:trPr>
        <w:tc>
          <w:tcPr>
            <w:tcW w:type="dxa" w:w="5156"/>
            <w:vAlign w:val="center"/>
            <w:tcBorders>
              <w:top w:val="single" w:sz="6" w:color="CCD3DA"/>
              <w:left w:val="single" w:sz="6" w:color="CCD3DA"/>
              <w:bottom w:val="single" w:sz="6" w:color="CCD3DA"/>
              <w:right w:val="single" w:sz="6" w:color="CCD3DA"/>
            </w:tcBorders>
            <w:shd w:fill="F3F5F7"/>
          </w:tcPr>
          <w:p>
            <w:r>
              <w:rPr>
                <w:b/>
                <w:sz w:val="19"/>
              </w:rPr>
              <w:t>Handtekening</w:t>
            </w:r>
          </w:p>
        </w:tc>
        <w:tc>
          <w:tcPr>
            <w:tcW w:type="dxa" w:w="5156"/>
            <w:vAlign w:val="center"/>
            <w:tcBorders>
              <w:top w:val="single" w:sz="6" w:color="CCD3DA"/>
              <w:left w:val="single" w:sz="6" w:color="CCD3DA"/>
              <w:bottom w:val="single" w:sz="6" w:color="CCD3DA"/>
              <w:right w:val="single" w:sz="6" w:color="CCD3DA"/>
            </w:tcBorders>
          </w:tcPr>
          <w:p>
            <w:r>
              <w:rPr>
                <w:sz w:val="19"/>
              </w:rPr>
              <w:br/>
              <w:br/>
            </w:r>
          </w:p>
        </w:tc>
      </w:tr>
    </w:tbl>
    <w:p/>
    <w:p>
      <w:pPr>
        <w:spacing w:before="40"/>
      </w:pPr>
      <w:r>
        <w:rPr>
          <w:b/>
          <w:color w:val="122034"/>
          <w:sz w:val="21"/>
        </w:rPr>
        <w:t>Voor intern gebruik door NISHTA B.V.</w:t>
      </w:r>
    </w:p>
    <w:tbl>
      <w:tblPr>
        <w:tblW w:type="auto" w:w="0"/>
        <w:jc w:val="center"/>
        <w:tblLayout w:type="fixed"/>
        <w:tblLook w:firstColumn="1" w:firstRow="1" w:lastColumn="0" w:lastRow="0" w:noHBand="0" w:noVBand="1" w:val="04A0"/>
      </w:tblPr>
      <w:tblGrid>
        <w:gridCol w:w="5156"/>
        <w:gridCol w:w="5156"/>
      </w:tblGrid>
      <w:tr>
        <w:tc>
          <w:tcPr>
            <w:tcW w:type="dxa" w:w="5156"/>
            <w:vAlign w:val="center"/>
            <w:tcBorders>
              <w:top w:val="single" w:sz="6" w:color="CCD3DA"/>
              <w:left w:val="single" w:sz="6" w:color="CCD3DA"/>
              <w:bottom w:val="single" w:sz="6" w:color="CCD3DA"/>
              <w:right w:val="single" w:sz="6" w:color="CCD3DA"/>
            </w:tcBorders>
            <w:shd w:fill="F3F5F7"/>
          </w:tcPr>
          <w:p>
            <w:r>
              <w:rPr>
                <w:b/>
                <w:sz w:val="18"/>
              </w:rPr>
              <w:t>Datum ontvangst</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8"/>
              </w:rPr>
              <w:t>Klachtnummer</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8"/>
              </w:rPr>
              <w:t>Behandelaar</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8"/>
              </w:rPr>
              <w:t>Datum afronding</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bl>
    <w:sectPr w:rsidR="00FC693F" w:rsidRPr="0006063C" w:rsidSect="00034616">
      <w:footerReference w:type="default" r:id="rId10"/>
      <w:pgSz w:w="12240" w:h="15840"/>
      <w:pgMar w:top="794" w:right="964" w:bottom="79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C6673"/>
        <w:sz w:val="15"/>
      </w:rPr>
      <w:t>NISHTA B.V. | Klachtenformulier | Versie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ishtaTitle">
    <w:name w:val="NishtaTitle"/>
    <w:rPr>
      <w:rFonts w:ascii="Aptos" w:hAnsi="Aptos"/>
      <w:b/>
      <w:color w:val="122034"/>
      <w:sz w:val="40"/>
    </w:rPr>
  </w:style>
  <w:style w:type="paragraph" w:customStyle="1" w:styleId="NishtaSection">
    <w:name w:val="NishtaSection"/>
    <w:rPr>
      <w:rFonts w:ascii="Aptos" w:hAnsi="Aptos"/>
      <w:b/>
      <w:color w:val="122034"/>
      <w:sz w:val="23"/>
    </w:rPr>
  </w:style>
  <w:style w:type="paragraph" w:customStyle="1" w:styleId="NishtaSmall">
    <w:name w:val="NishtaSmall"/>
    <w:rPr>
      <w:rFonts w:ascii="Aptos" w:hAnsi="Aptos"/>
      <w:b w:val="0"/>
      <w:color w:val="5C6673"/>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